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CD3F3" w14:textId="052A7F2C" w:rsidR="00CD0370" w:rsidRPr="00C92C22" w:rsidRDefault="00000000" w:rsidP="002D6A50">
      <w:pPr>
        <w:pStyle w:val="1"/>
        <w:spacing w:before="0"/>
        <w:jc w:val="center"/>
        <w:rPr>
          <w:color w:val="auto"/>
          <w:lang w:eastAsia="ja-JP"/>
        </w:rPr>
      </w:pPr>
      <w:r w:rsidRPr="00C92C22">
        <w:rPr>
          <w:color w:val="auto"/>
          <w:lang w:eastAsia="ja-JP"/>
        </w:rPr>
        <w:t>奈良女子大学大学院</w:t>
      </w:r>
      <w:r w:rsidRPr="00C92C22">
        <w:rPr>
          <w:color w:val="auto"/>
          <w:lang w:eastAsia="ja-JP"/>
        </w:rPr>
        <w:br/>
        <w:t>Transferable Skills</w:t>
      </w:r>
      <w:r w:rsidRPr="00C92C22">
        <w:rPr>
          <w:color w:val="auto"/>
          <w:lang w:eastAsia="ja-JP"/>
        </w:rPr>
        <w:t>（</w:t>
      </w:r>
      <w:r w:rsidRPr="00C92C22">
        <w:rPr>
          <w:color w:val="auto"/>
          <w:lang w:eastAsia="ja-JP"/>
        </w:rPr>
        <w:t>TS</w:t>
      </w:r>
      <w:r w:rsidRPr="00C92C22">
        <w:rPr>
          <w:color w:val="auto"/>
          <w:lang w:eastAsia="ja-JP"/>
        </w:rPr>
        <w:t>）パスポート</w:t>
      </w:r>
      <w:r w:rsidRPr="00C92C22">
        <w:rPr>
          <w:color w:val="auto"/>
          <w:lang w:eastAsia="ja-JP"/>
        </w:rPr>
        <w:t>A</w:t>
      </w:r>
      <w:r w:rsidR="005C19E9">
        <w:rPr>
          <w:rFonts w:hint="eastAsia"/>
          <w:color w:val="auto"/>
          <w:lang w:eastAsia="ja-JP"/>
        </w:rPr>
        <w:t>（</w:t>
      </w:r>
      <w:r w:rsidR="005C19E9">
        <w:rPr>
          <w:rFonts w:hint="eastAsia"/>
          <w:color w:val="auto"/>
          <w:lang w:eastAsia="ja-JP"/>
        </w:rPr>
        <w:t>Advanced</w:t>
      </w:r>
      <w:r w:rsidR="005C19E9">
        <w:rPr>
          <w:rFonts w:hint="eastAsia"/>
          <w:color w:val="auto"/>
          <w:lang w:eastAsia="ja-JP"/>
        </w:rPr>
        <w:t>）</w:t>
      </w:r>
      <w:r w:rsidRPr="00C92C22">
        <w:rPr>
          <w:color w:val="auto"/>
          <w:lang w:eastAsia="ja-JP"/>
        </w:rPr>
        <w:t>申請書</w:t>
      </w:r>
    </w:p>
    <w:tbl>
      <w:tblPr>
        <w:tblStyle w:val="afe"/>
        <w:tblW w:w="9889" w:type="dxa"/>
        <w:tblInd w:w="250" w:type="dxa"/>
        <w:tblLook w:val="04A0" w:firstRow="1" w:lastRow="0" w:firstColumn="1" w:lastColumn="0" w:noHBand="0" w:noVBand="1"/>
      </w:tblPr>
      <w:tblGrid>
        <w:gridCol w:w="9889"/>
      </w:tblGrid>
      <w:tr w:rsidR="007B48D0" w:rsidRPr="00123073" w14:paraId="3A4FF208" w14:textId="77777777" w:rsidTr="00DA69DA">
        <w:trPr>
          <w:trHeight w:val="567"/>
        </w:trPr>
        <w:tc>
          <w:tcPr>
            <w:tcW w:w="9889" w:type="dxa"/>
            <w:vAlign w:val="center"/>
          </w:tcPr>
          <w:p w14:paraId="32672700" w14:textId="6E5769B2" w:rsidR="007B48D0" w:rsidRPr="00123073" w:rsidRDefault="007B48D0" w:rsidP="007B48D0">
            <w:pPr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【申請者】</w:t>
            </w:r>
            <w:r w:rsidRPr="00123073">
              <w:rPr>
                <w:rFonts w:ascii="BIZ UDP明朝 Medium" w:eastAsia="BIZ UDP明朝 Medium" w:hAnsi="BIZ UDP明朝 Medium" w:hint="eastAsia"/>
                <w:b/>
                <w:lang w:eastAsia="ja-JP"/>
              </w:rPr>
              <w:t xml:space="preserve">　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 xml:space="preserve">氏名： 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　　　　　　　　　　　</w:t>
            </w:r>
            <w:r w:rsidR="002D6A50">
              <w:rPr>
                <w:rFonts w:ascii="BIZ UDP明朝 Medium" w:eastAsia="BIZ UDP明朝 Medium" w:hAnsi="BIZ UDP明朝 Medium" w:hint="eastAsia"/>
                <w:lang w:eastAsia="ja-JP"/>
              </w:rPr>
              <w:t xml:space="preserve">　　　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学生番号：</w:t>
            </w:r>
          </w:p>
        </w:tc>
      </w:tr>
      <w:tr w:rsidR="007B48D0" w:rsidRPr="00123073" w14:paraId="629A4220" w14:textId="77777777" w:rsidTr="00DA69DA">
        <w:trPr>
          <w:trHeight w:val="964"/>
        </w:trPr>
        <w:tc>
          <w:tcPr>
            <w:tcW w:w="9889" w:type="dxa"/>
            <w:vAlign w:val="center"/>
          </w:tcPr>
          <w:p w14:paraId="2E5246B0" w14:textId="77777777" w:rsidR="00833AC3" w:rsidRDefault="007B48D0" w:rsidP="00DA69DA">
            <w:pPr>
              <w:adjustRightInd w:val="0"/>
              <w:snapToGrid w:val="0"/>
              <w:spacing w:beforeLines="50" w:before="120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b/>
                <w:bCs/>
                <w:lang w:eastAsia="ja-JP"/>
              </w:rPr>
              <w:t>【所属】</w:t>
            </w:r>
            <w:r w:rsidR="002D6A50">
              <w:rPr>
                <w:rFonts w:ascii="BIZ UDP明朝 Medium" w:eastAsia="BIZ UDP明朝 Medium" w:hAnsi="BIZ UDP明朝 Medium" w:hint="eastAsia"/>
                <w:b/>
                <w:bCs/>
                <w:lang w:eastAsia="ja-JP"/>
              </w:rPr>
              <w:t xml:space="preserve">　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人間文化総合科学研究科　博士前期・後期課程　</w:t>
            </w:r>
            <w:r w:rsidR="00123073"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　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年　　　　　</w:t>
            </w:r>
            <w:r w:rsidR="00833AC3">
              <w:rPr>
                <w:rFonts w:ascii="BIZ UDP明朝 Medium" w:eastAsia="BIZ UDP明朝 Medium" w:hAnsi="BIZ UDP明朝 Medium" w:hint="eastAsia"/>
                <w:lang w:eastAsia="ja-JP"/>
              </w:rPr>
              <w:t xml:space="preserve">　　　　　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専攻　　　</w:t>
            </w:r>
          </w:p>
          <w:p w14:paraId="2804FE3D" w14:textId="25685359" w:rsidR="007B48D0" w:rsidRPr="00123073" w:rsidRDefault="007B48D0" w:rsidP="00DA69DA">
            <w:pPr>
              <w:adjustRightInd w:val="0"/>
              <w:snapToGrid w:val="0"/>
              <w:spacing w:beforeLines="50" w:before="120"/>
              <w:ind w:firstLineChars="3300" w:firstLine="7260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コース</w:t>
            </w:r>
          </w:p>
        </w:tc>
      </w:tr>
      <w:tr w:rsidR="007B48D0" w:rsidRPr="00123073" w14:paraId="1C47999C" w14:textId="77777777" w:rsidTr="00DA69DA">
        <w:trPr>
          <w:trHeight w:val="567"/>
        </w:trPr>
        <w:tc>
          <w:tcPr>
            <w:tcW w:w="9889" w:type="dxa"/>
            <w:vAlign w:val="center"/>
          </w:tcPr>
          <w:p w14:paraId="52E7A8E7" w14:textId="74DF108F" w:rsidR="007B48D0" w:rsidRPr="00123073" w:rsidRDefault="007B48D0" w:rsidP="007B48D0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b/>
                <w:bCs/>
                <w:lang w:eastAsia="ja-JP"/>
              </w:rPr>
              <w:t>【連絡先】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　メールアドレス</w:t>
            </w:r>
            <w:r w:rsidR="00CA4316" w:rsidRPr="00123073">
              <w:rPr>
                <w:rFonts w:ascii="BIZ UDP明朝 Medium" w:eastAsia="BIZ UDP明朝 Medium" w:hAnsi="BIZ UDP明朝 Medium" w:hint="eastAsia"/>
                <w:lang w:eastAsia="ja-JP"/>
              </w:rPr>
              <w:t>：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　</w:t>
            </w:r>
          </w:p>
        </w:tc>
      </w:tr>
      <w:tr w:rsidR="007B48D0" w:rsidRPr="00123073" w14:paraId="731CFF60" w14:textId="77777777" w:rsidTr="00DA69DA">
        <w:trPr>
          <w:trHeight w:val="2249"/>
        </w:trPr>
        <w:tc>
          <w:tcPr>
            <w:tcW w:w="9889" w:type="dxa"/>
            <w:tcBorders>
              <w:bottom w:val="single" w:sz="4" w:space="0" w:color="auto"/>
            </w:tcBorders>
            <w:vAlign w:val="center"/>
          </w:tcPr>
          <w:p w14:paraId="3C44D2CA" w14:textId="54027BBE" w:rsidR="00CA4316" w:rsidRPr="00123073" w:rsidRDefault="007B48D0" w:rsidP="00355321">
            <w:pPr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【取得要件】</w:t>
            </w:r>
            <w:r w:rsidRPr="00123073">
              <w:rPr>
                <w:rFonts w:ascii="BIZ UDP明朝 Medium" w:eastAsia="BIZ UDP明朝 Medium" w:hAnsi="BIZ UDP明朝 Medium" w:hint="eastAsia"/>
                <w:bCs/>
                <w:lang w:eastAsia="ja-JP"/>
              </w:rPr>
              <w:t xml:space="preserve">　該当するもの</w:t>
            </w:r>
            <w:r w:rsidR="002D6A50">
              <w:rPr>
                <w:rFonts w:ascii="BIZ UDP明朝 Medium" w:eastAsia="BIZ UDP明朝 Medium" w:hAnsi="BIZ UDP明朝 Medium" w:hint="eastAsia"/>
                <w:bCs/>
                <w:lang w:eastAsia="ja-JP"/>
              </w:rPr>
              <w:t>ひとつ</w:t>
            </w:r>
            <w:r w:rsidRPr="00123073">
              <w:rPr>
                <w:rFonts w:ascii="BIZ UDP明朝 Medium" w:eastAsia="BIZ UDP明朝 Medium" w:hAnsi="BIZ UDP明朝 Medium" w:hint="eastAsia"/>
                <w:bCs/>
                <w:lang w:eastAsia="ja-JP"/>
              </w:rPr>
              <w:t>にチェックを入れてください。</w:t>
            </w:r>
          </w:p>
          <w:p w14:paraId="180CF629" w14:textId="77777777" w:rsidR="00CA4316" w:rsidRPr="00123073" w:rsidRDefault="00CA4316" w:rsidP="00DA69DA">
            <w:pPr>
              <w:spacing w:beforeLines="50" w:before="120"/>
              <w:ind w:leftChars="64" w:left="141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□　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①TSパスポートB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（博士前期課程）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＋動画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視聴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レポート＋自己PR文</w:t>
            </w:r>
          </w:p>
          <w:p w14:paraId="444C5431" w14:textId="710D947A" w:rsidR="00CA4316" w:rsidRPr="00123073" w:rsidRDefault="00CA4316" w:rsidP="00355321">
            <w:pPr>
              <w:ind w:leftChars="64" w:left="141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□　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②TSパスポートB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（博士前期課程）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＋インターンシップ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＋動画視聴レポート</w:t>
            </w:r>
          </w:p>
          <w:p w14:paraId="3F46B8B6" w14:textId="30F3C7A9" w:rsidR="00CA4316" w:rsidRPr="00123073" w:rsidRDefault="00CA4316" w:rsidP="00355321">
            <w:pPr>
              <w:ind w:leftChars="64" w:left="141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□　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 xml:space="preserve">③ </w:t>
            </w:r>
            <w:r w:rsidR="00355321" w:rsidRPr="00123073">
              <w:rPr>
                <w:rFonts w:ascii="BIZ UDP明朝 Medium" w:eastAsia="BIZ UDP明朝 Medium" w:hAnsi="BIZ UDP明朝 Medium" w:hint="eastAsia"/>
                <w:lang w:eastAsia="ja-JP"/>
              </w:rPr>
              <w:t>博士後期課程</w:t>
            </w:r>
            <w:r w:rsidR="00833AC3">
              <w:rPr>
                <w:rFonts w:ascii="BIZ UDP明朝 Medium" w:eastAsia="BIZ UDP明朝 Medium" w:hAnsi="BIZ UDP明朝 Medium" w:hint="eastAsia"/>
                <w:lang w:eastAsia="ja-JP"/>
              </w:rPr>
              <w:t>の授業履修</w:t>
            </w:r>
            <w:r w:rsidR="00355321" w:rsidRPr="00123073">
              <w:rPr>
                <w:rFonts w:ascii="BIZ UDP明朝 Medium" w:eastAsia="BIZ UDP明朝 Medium" w:hAnsi="BIZ UDP明朝 Medium" w:hint="eastAsia"/>
                <w:lang w:eastAsia="ja-JP"/>
              </w:rPr>
              <w:t>：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キャリアセミナー</w:t>
            </w:r>
            <w:r w:rsidR="00833AC3">
              <w:rPr>
                <w:rFonts w:ascii="BIZ UDP明朝 Medium" w:eastAsia="BIZ UDP明朝 Medium" w:hAnsi="BIZ UDP明朝 Medium" w:hint="eastAsia"/>
                <w:lang w:eastAsia="ja-JP"/>
              </w:rPr>
              <w:t>、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自己分析</w:t>
            </w:r>
            <w:r w:rsidR="00355321" w:rsidRPr="00123073">
              <w:rPr>
                <w:rFonts w:ascii="BIZ UDP明朝 Medium" w:eastAsia="BIZ UDP明朝 Medium" w:hAnsi="BIZ UDP明朝 Medium" w:hint="eastAsia"/>
                <w:lang w:eastAsia="ja-JP"/>
              </w:rPr>
              <w:t>・ワークスタイルセミナー</w:t>
            </w:r>
            <w:r w:rsidR="00450C91">
              <w:rPr>
                <w:rFonts w:ascii="BIZ UDP明朝 Medium" w:eastAsia="BIZ UDP明朝 Medium" w:hAnsi="BIZ UDP明朝 Medium" w:hint="eastAsia"/>
                <w:lang w:eastAsia="ja-JP"/>
              </w:rPr>
              <w:t>のいずれか</w:t>
            </w:r>
          </w:p>
          <w:p w14:paraId="172900F3" w14:textId="40B6AA57" w:rsidR="00CA4316" w:rsidRPr="00123073" w:rsidRDefault="00833AC3" w:rsidP="00355321">
            <w:pPr>
              <w:ind w:leftChars="64" w:left="141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>
              <w:rPr>
                <w:rFonts w:ascii="BIZ UDP明朝 Medium" w:eastAsia="BIZ UDP明朝 Medium" w:hAnsi="BIZ UDP明朝 Medium" w:hint="eastAsia"/>
                <w:lang w:eastAsia="ja-JP"/>
              </w:rPr>
              <w:t>□</w:t>
            </w:r>
            <w:r w:rsidR="00CA4316"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　</w:t>
            </w:r>
            <w:r w:rsidR="00CA4316" w:rsidRPr="00123073">
              <w:rPr>
                <w:rFonts w:ascii="BIZ UDP明朝 Medium" w:eastAsia="BIZ UDP明朝 Medium" w:hAnsi="BIZ UDP明朝 Medium"/>
                <w:lang w:eastAsia="ja-JP"/>
              </w:rPr>
              <w:t>④ SGC-NEXUS海外派遣・研究インターンシップ</w:t>
            </w:r>
          </w:p>
          <w:p w14:paraId="16206059" w14:textId="04F4BEB5" w:rsidR="007B48D0" w:rsidRPr="00123073" w:rsidRDefault="00CA4316" w:rsidP="00355321">
            <w:pPr>
              <w:ind w:leftChars="64" w:left="141"/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□　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⑤ その他（　　　　　　　　　　　）</w:t>
            </w:r>
          </w:p>
        </w:tc>
      </w:tr>
      <w:tr w:rsidR="00123073" w:rsidRPr="00123073" w14:paraId="4BC83512" w14:textId="5C4AF734" w:rsidTr="00DA69DA">
        <w:trPr>
          <w:trHeight w:val="2834"/>
        </w:trPr>
        <w:tc>
          <w:tcPr>
            <w:tcW w:w="9889" w:type="dxa"/>
            <w:vAlign w:val="center"/>
          </w:tcPr>
          <w:p w14:paraId="06FB827B" w14:textId="1B048FA9" w:rsidR="00123073" w:rsidRPr="00123073" w:rsidRDefault="00123073" w:rsidP="00123073">
            <w:pPr>
              <w:jc w:val="both"/>
              <w:rPr>
                <w:rFonts w:ascii="BIZ UDP明朝 Medium" w:eastAsia="BIZ UDP明朝 Medium" w:hAnsi="BIZ UDP明朝 Medium"/>
                <w:bCs/>
                <w:lang w:eastAsia="ja-JP"/>
              </w:rPr>
            </w:pP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【</w:t>
            </w:r>
            <w:r w:rsidRPr="00123073">
              <w:rPr>
                <w:rFonts w:ascii="BIZ UDP明朝 Medium" w:eastAsia="BIZ UDP明朝 Medium" w:hAnsi="BIZ UDP明朝 Medium" w:hint="eastAsia"/>
                <w:b/>
                <w:lang w:eastAsia="ja-JP"/>
              </w:rPr>
              <w:t>添付</w:t>
            </w: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資料】</w:t>
            </w:r>
            <w:r>
              <w:rPr>
                <w:rFonts w:ascii="BIZ UDP明朝 Medium" w:eastAsia="BIZ UDP明朝 Medium" w:hAnsi="BIZ UDP明朝 Medium" w:hint="eastAsia"/>
                <w:b/>
                <w:lang w:eastAsia="ja-JP"/>
              </w:rPr>
              <w:t xml:space="preserve">　</w:t>
            </w:r>
            <w:r w:rsidRPr="00123073">
              <w:rPr>
                <w:rFonts w:ascii="BIZ UDP明朝 Medium" w:eastAsia="BIZ UDP明朝 Medium" w:hAnsi="BIZ UDP明朝 Medium" w:hint="eastAsia"/>
                <w:bCs/>
                <w:lang w:eastAsia="ja-JP"/>
              </w:rPr>
              <w:t>取得要件と同じ番号のものを申請書に添えてください</w:t>
            </w:r>
          </w:p>
          <w:p w14:paraId="79C958A2" w14:textId="77777777" w:rsidR="00123073" w:rsidRPr="00123073" w:rsidRDefault="00123073" w:rsidP="00DA69DA">
            <w:pPr>
              <w:spacing w:beforeLines="50" w:before="120"/>
              <w:ind w:leftChars="64" w:left="141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□　①②TSパスポートBまたは確認票の写し</w:t>
            </w:r>
          </w:p>
          <w:p w14:paraId="3C5A48A5" w14:textId="77777777" w:rsidR="00123073" w:rsidRPr="00123073" w:rsidRDefault="00123073" w:rsidP="00123073">
            <w:pPr>
              <w:ind w:leftChars="64" w:left="141" w:firstLine="1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□　①②動画視聴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 xml:space="preserve">レポート 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（400字以上）　</w:t>
            </w:r>
          </w:p>
          <w:p w14:paraId="6EA1BD47" w14:textId="0F07A8DB" w:rsidR="00123073" w:rsidRPr="00123073" w:rsidRDefault="00123073" w:rsidP="00123073">
            <w:pPr>
              <w:ind w:firstLine="142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□　①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 xml:space="preserve">自己PR文 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 xml:space="preserve">（500字以上）　</w:t>
            </w:r>
          </w:p>
          <w:p w14:paraId="4DE736BE" w14:textId="77777777" w:rsidR="00123073" w:rsidRPr="00123073" w:rsidRDefault="00123073" w:rsidP="00123073">
            <w:pPr>
              <w:ind w:firstLine="142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□　②インターンシップ参加を示す書面（企業・団体からのメールの写し等）</w:t>
            </w:r>
          </w:p>
          <w:p w14:paraId="3A2BEADE" w14:textId="5A31321D" w:rsidR="00123073" w:rsidRPr="00123073" w:rsidRDefault="00123073" w:rsidP="00123073">
            <w:pPr>
              <w:pStyle w:val="ae"/>
              <w:ind w:left="143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□　③授業の提出物のうちTS</w:t>
            </w:r>
            <w:r w:rsidR="00833AC3">
              <w:rPr>
                <w:rFonts w:ascii="BIZ UDP明朝 Medium" w:eastAsia="BIZ UDP明朝 Medium" w:hAnsi="BIZ UDP明朝 Medium" w:hint="eastAsia"/>
                <w:lang w:eastAsia="ja-JP"/>
              </w:rPr>
              <w:t>について記述した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部分の写し</w:t>
            </w:r>
          </w:p>
          <w:p w14:paraId="41DE2A4E" w14:textId="084FD6A8" w:rsidR="00123073" w:rsidRPr="00123073" w:rsidRDefault="00123073" w:rsidP="00123073">
            <w:pPr>
              <w:pStyle w:val="ae"/>
              <w:ind w:left="143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□　④</w:t>
            </w:r>
            <w:r w:rsidR="00833AC3">
              <w:rPr>
                <w:rFonts w:ascii="BIZ UDP明朝 Medium" w:eastAsia="BIZ UDP明朝 Medium" w:hAnsi="BIZ UDP明朝 Medium" w:hint="eastAsia"/>
                <w:lang w:eastAsia="ja-JP"/>
              </w:rPr>
              <w:t>TS</w:t>
            </w:r>
            <w:r w:rsidR="006D27D1">
              <w:rPr>
                <w:rFonts w:ascii="BIZ UDP明朝 Medium" w:eastAsia="BIZ UDP明朝 Medium" w:hAnsi="BIZ UDP明朝 Medium" w:hint="eastAsia"/>
                <w:lang w:eastAsia="ja-JP"/>
              </w:rPr>
              <w:t>の記述</w:t>
            </w:r>
            <w:r w:rsidR="00833AC3">
              <w:rPr>
                <w:rFonts w:ascii="BIZ UDP明朝 Medium" w:eastAsia="BIZ UDP明朝 Medium" w:hAnsi="BIZ UDP明朝 Medium" w:hint="eastAsia"/>
                <w:lang w:eastAsia="ja-JP"/>
              </w:rPr>
              <w:t>を含む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報告書の写し</w:t>
            </w:r>
          </w:p>
          <w:p w14:paraId="42FA7097" w14:textId="41FBEC75" w:rsidR="00123073" w:rsidRPr="00123073" w:rsidRDefault="00123073" w:rsidP="00123073">
            <w:pPr>
              <w:ind w:leftChars="64" w:left="141"/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□　⑤取得要件</w:t>
            </w:r>
            <w:r w:rsidR="005C19E9">
              <w:rPr>
                <w:rFonts w:ascii="BIZ UDP明朝 Medium" w:eastAsia="BIZ UDP明朝 Medium" w:hAnsi="BIZ UDP明朝 Medium" w:hint="eastAsia"/>
                <w:lang w:eastAsia="ja-JP"/>
              </w:rPr>
              <w:t>に該当する取り組みを示す</w:t>
            </w: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書面</w:t>
            </w:r>
          </w:p>
        </w:tc>
      </w:tr>
      <w:tr w:rsidR="007B48D0" w:rsidRPr="00123073" w14:paraId="182F5BAC" w14:textId="77777777" w:rsidTr="006D27D1">
        <w:trPr>
          <w:trHeight w:val="2406"/>
        </w:trPr>
        <w:tc>
          <w:tcPr>
            <w:tcW w:w="9889" w:type="dxa"/>
            <w:tcBorders>
              <w:bottom w:val="single" w:sz="4" w:space="0" w:color="auto"/>
            </w:tcBorders>
          </w:tcPr>
          <w:p w14:paraId="727EAA45" w14:textId="77777777" w:rsidR="00952F54" w:rsidRDefault="00CA4316" w:rsidP="007214CE">
            <w:pPr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23073">
              <w:rPr>
                <w:rFonts w:ascii="BIZ UDP明朝 Medium" w:eastAsia="BIZ UDP明朝 Medium" w:hAnsi="BIZ UDP明朝 Medium" w:hint="eastAsia"/>
                <w:lang w:eastAsia="ja-JP"/>
              </w:rPr>
              <w:t>【</w:t>
            </w:r>
            <w:r w:rsidRPr="00123073">
              <w:rPr>
                <w:rFonts w:ascii="BIZ UDP明朝 Medium" w:eastAsia="BIZ UDP明朝 Medium" w:hAnsi="BIZ UDP明朝 Medium"/>
                <w:b/>
                <w:bCs/>
                <w:lang w:eastAsia="ja-JP"/>
              </w:rPr>
              <w:t>実施内容</w:t>
            </w:r>
            <w:r w:rsidRPr="00123073">
              <w:rPr>
                <w:rFonts w:ascii="BIZ UDP明朝 Medium" w:eastAsia="BIZ UDP明朝 Medium" w:hAnsi="BIZ UDP明朝 Medium" w:hint="eastAsia"/>
                <w:b/>
                <w:bCs/>
                <w:lang w:eastAsia="ja-JP"/>
              </w:rPr>
              <w:t>の概要と</w:t>
            </w:r>
            <w:r w:rsidR="006D27D1">
              <w:rPr>
                <w:rFonts w:ascii="BIZ UDP明朝 Medium" w:eastAsia="BIZ UDP明朝 Medium" w:hAnsi="BIZ UDP明朝 Medium" w:hint="eastAsia"/>
                <w:b/>
                <w:bCs/>
                <w:lang w:eastAsia="ja-JP"/>
              </w:rPr>
              <w:t>研究活動における</w:t>
            </w:r>
            <w:r w:rsidRPr="00123073">
              <w:rPr>
                <w:rFonts w:ascii="BIZ UDP明朝 Medium" w:eastAsia="BIZ UDP明朝 Medium" w:hAnsi="BIZ UDP明朝 Medium"/>
                <w:b/>
                <w:bCs/>
                <w:lang w:eastAsia="ja-JP"/>
              </w:rPr>
              <w:t>T</w:t>
            </w: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Sの習得状況</w:t>
            </w:r>
            <w:r w:rsidR="005C19E9">
              <w:rPr>
                <w:rFonts w:ascii="BIZ UDP明朝 Medium" w:eastAsia="BIZ UDP明朝 Medium" w:hAnsi="BIZ UDP明朝 Medium" w:hint="eastAsia"/>
                <w:b/>
                <w:lang w:eastAsia="ja-JP"/>
              </w:rPr>
              <w:t>、</w:t>
            </w: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キャリアとの関連</w:t>
            </w:r>
            <w:r w:rsidR="007214CE">
              <w:rPr>
                <w:rFonts w:ascii="BIZ UDP明朝 Medium" w:eastAsia="BIZ UDP明朝 Medium" w:hAnsi="BIZ UDP明朝 Medium" w:hint="eastAsia"/>
                <w:b/>
                <w:lang w:eastAsia="ja-JP"/>
              </w:rPr>
              <w:t>について</w:t>
            </w:r>
            <w:r w:rsidR="002D6A50">
              <w:rPr>
                <w:rFonts w:ascii="BIZ UDP明朝 Medium" w:eastAsia="BIZ UDP明朝 Medium" w:hAnsi="BIZ UDP明朝 Medium" w:hint="eastAsia"/>
                <w:b/>
                <w:lang w:eastAsia="ja-JP"/>
              </w:rPr>
              <w:t>の考察</w:t>
            </w:r>
            <w:r w:rsidRPr="00123073">
              <w:rPr>
                <w:rFonts w:ascii="BIZ UDP明朝 Medium" w:eastAsia="BIZ UDP明朝 Medium" w:hAnsi="BIZ UDP明朝 Medium" w:hint="eastAsia"/>
                <w:b/>
                <w:lang w:eastAsia="ja-JP"/>
              </w:rPr>
              <w:t>】</w:t>
            </w:r>
          </w:p>
          <w:p w14:paraId="00755AD5" w14:textId="77777777" w:rsidR="00DA69DA" w:rsidRDefault="00DA69DA" w:rsidP="007214CE">
            <w:pPr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</w:p>
          <w:p w14:paraId="3D89C8F5" w14:textId="77777777" w:rsidR="00DA69DA" w:rsidRDefault="00DA69DA" w:rsidP="007214CE">
            <w:pPr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</w:p>
          <w:p w14:paraId="5AA8C8E2" w14:textId="286B44A4" w:rsidR="00DA69DA" w:rsidRPr="00123073" w:rsidRDefault="00DA69DA" w:rsidP="007214CE">
            <w:pPr>
              <w:jc w:val="both"/>
              <w:rPr>
                <w:rFonts w:ascii="BIZ UDP明朝 Medium" w:eastAsia="BIZ UDP明朝 Medium" w:hAnsi="BIZ UDP明朝 Medium" w:hint="eastAsia"/>
                <w:b/>
                <w:lang w:eastAsia="ja-JP"/>
              </w:rPr>
            </w:pPr>
          </w:p>
        </w:tc>
      </w:tr>
      <w:tr w:rsidR="007B48D0" w:rsidRPr="00123073" w14:paraId="7DCBED4D" w14:textId="77777777" w:rsidTr="006D27D1">
        <w:trPr>
          <w:trHeight w:val="1245"/>
        </w:trPr>
        <w:tc>
          <w:tcPr>
            <w:tcW w:w="9889" w:type="dxa"/>
            <w:tcBorders>
              <w:bottom w:val="single" w:sz="4" w:space="0" w:color="auto"/>
            </w:tcBorders>
          </w:tcPr>
          <w:p w14:paraId="016DDB5C" w14:textId="1FCE2B50" w:rsidR="006D27D1" w:rsidRPr="006D27D1" w:rsidRDefault="007B48D0" w:rsidP="00123073">
            <w:pPr>
              <w:spacing w:beforeLines="50" w:before="120"/>
              <w:jc w:val="both"/>
              <w:rPr>
                <w:rFonts w:ascii="BIZ UDP明朝 Medium" w:eastAsia="BIZ UDP明朝 Medium" w:hAnsi="BIZ UDP明朝 Medium"/>
                <w:bCs/>
                <w:lang w:eastAsia="ja-JP"/>
              </w:rPr>
            </w:pP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【指導教員確認</w:t>
            </w:r>
            <w:r w:rsidR="006D27D1">
              <w:rPr>
                <w:rFonts w:ascii="BIZ UDP明朝 Medium" w:eastAsia="BIZ UDP明朝 Medium" w:hAnsi="BIZ UDP明朝 Medium" w:hint="eastAsia"/>
                <w:b/>
                <w:lang w:eastAsia="ja-JP"/>
              </w:rPr>
              <w:t>欄</w:t>
            </w: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】</w:t>
            </w:r>
            <w:r w:rsidRPr="00123073">
              <w:rPr>
                <w:rFonts w:ascii="BIZ UDP明朝 Medium" w:eastAsia="BIZ UDP明朝 Medium" w:hAnsi="BIZ UDP明朝 Medium" w:hint="eastAsia"/>
                <w:b/>
                <w:lang w:eastAsia="ja-JP"/>
              </w:rPr>
              <w:t xml:space="preserve">　</w:t>
            </w:r>
            <w:r w:rsidR="006D27D1" w:rsidRPr="006D27D1">
              <w:rPr>
                <w:rFonts w:ascii="BIZ UDP明朝 Medium" w:eastAsia="BIZ UDP明朝 Medium" w:hAnsi="BIZ UDP明朝 Medium" w:hint="eastAsia"/>
                <w:bCs/>
                <w:lang w:eastAsia="ja-JP"/>
              </w:rPr>
              <w:t>本申請書と、添付書類の確認をお願いします。</w:t>
            </w:r>
          </w:p>
          <w:p w14:paraId="488B07D6" w14:textId="7C6A990A" w:rsidR="00952F54" w:rsidRPr="006D27D1" w:rsidRDefault="007B48D0" w:rsidP="00123073">
            <w:pPr>
              <w:spacing w:beforeLines="50" w:before="120"/>
              <w:jc w:val="both"/>
              <w:rPr>
                <w:rFonts w:ascii="BIZ UDP明朝 Medium" w:eastAsia="BIZ UDP明朝 Medium" w:hAnsi="BIZ UDP明朝 Medium"/>
                <w:bCs/>
                <w:lang w:eastAsia="ja-JP"/>
              </w:rPr>
            </w:pPr>
            <w:r w:rsidRPr="006D27D1">
              <w:rPr>
                <w:rFonts w:ascii="BIZ UDP明朝 Medium" w:eastAsia="BIZ UDP明朝 Medium" w:hAnsi="BIZ UDP明朝 Medium" w:hint="eastAsia"/>
                <w:bCs/>
                <w:lang w:eastAsia="ja-JP"/>
              </w:rPr>
              <w:t>氏名</w:t>
            </w:r>
            <w:r w:rsidR="006D27D1">
              <w:rPr>
                <w:rFonts w:ascii="BIZ UDP明朝 Medium" w:eastAsia="BIZ UDP明朝 Medium" w:hAnsi="BIZ UDP明朝 Medium" w:hint="eastAsia"/>
                <w:bCs/>
                <w:lang w:eastAsia="ja-JP"/>
              </w:rPr>
              <w:t>：</w:t>
            </w:r>
          </w:p>
          <w:p w14:paraId="28978F7A" w14:textId="77777777" w:rsidR="007B48D0" w:rsidRDefault="00952F54" w:rsidP="00123073">
            <w:pPr>
              <w:jc w:val="both"/>
              <w:rPr>
                <w:rFonts w:ascii="BIZ UDP明朝 Medium" w:eastAsia="BIZ UDP明朝 Medium" w:hAnsi="BIZ UDP明朝 Medium"/>
                <w:lang w:eastAsia="ja-JP"/>
              </w:rPr>
            </w:pPr>
            <w:r w:rsidRPr="00123073">
              <w:rPr>
                <w:rFonts w:ascii="BIZ UDP明朝 Medium" w:eastAsia="BIZ UDP明朝 Medium" w:hAnsi="BIZ UDP明朝 Medium"/>
                <w:lang w:eastAsia="ja-JP"/>
              </w:rPr>
              <w:t>コメント</w:t>
            </w:r>
            <w:r w:rsidR="00123073">
              <w:rPr>
                <w:rFonts w:ascii="BIZ UDP明朝 Medium" w:eastAsia="BIZ UDP明朝 Medium" w:hAnsi="BIZ UDP明朝 Medium" w:hint="eastAsia"/>
                <w:lang w:eastAsia="ja-JP"/>
              </w:rPr>
              <w:t>（任意）</w:t>
            </w:r>
            <w:r w:rsidRPr="00123073">
              <w:rPr>
                <w:rFonts w:ascii="BIZ UDP明朝 Medium" w:eastAsia="BIZ UDP明朝 Medium" w:hAnsi="BIZ UDP明朝 Medium"/>
                <w:lang w:eastAsia="ja-JP"/>
              </w:rPr>
              <w:t>：</w:t>
            </w:r>
          </w:p>
          <w:p w14:paraId="4F4AA5EA" w14:textId="018D4E0C" w:rsidR="006D27D1" w:rsidRPr="00123073" w:rsidRDefault="006D27D1" w:rsidP="00123073">
            <w:pPr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</w:p>
        </w:tc>
      </w:tr>
      <w:tr w:rsidR="007B48D0" w:rsidRPr="00123073" w14:paraId="479F6BAA" w14:textId="77777777" w:rsidTr="006D27D1">
        <w:trPr>
          <w:trHeight w:val="510"/>
        </w:trPr>
        <w:tc>
          <w:tcPr>
            <w:tcW w:w="9889" w:type="dxa"/>
            <w:vAlign w:val="center"/>
          </w:tcPr>
          <w:p w14:paraId="77670E60" w14:textId="7BC2F638" w:rsidR="007B48D0" w:rsidRPr="00123073" w:rsidRDefault="007B48D0" w:rsidP="007B48D0">
            <w:pPr>
              <w:jc w:val="both"/>
              <w:rPr>
                <w:rFonts w:ascii="BIZ UDP明朝 Medium" w:eastAsia="BIZ UDP明朝 Medium" w:hAnsi="BIZ UDP明朝 Medium"/>
                <w:b/>
                <w:lang w:eastAsia="ja-JP"/>
              </w:rPr>
            </w:pPr>
            <w:r w:rsidRPr="00123073">
              <w:rPr>
                <w:rFonts w:ascii="BIZ UDP明朝 Medium" w:eastAsia="BIZ UDP明朝 Medium" w:hAnsi="BIZ UDP明朝 Medium"/>
                <w:b/>
                <w:lang w:eastAsia="ja-JP"/>
              </w:rPr>
              <w:t>【キャリア開発支援本部記入欄】</w:t>
            </w:r>
            <w:r w:rsidR="00123073">
              <w:rPr>
                <w:rFonts w:ascii="BIZ UDP明朝 Medium" w:eastAsia="BIZ UDP明朝 Medium" w:hAnsi="BIZ UDP明朝 Medium" w:hint="eastAsia"/>
                <w:b/>
                <w:lang w:eastAsia="ja-JP"/>
              </w:rPr>
              <w:t xml:space="preserve">　</w:t>
            </w:r>
            <w:r w:rsidR="00123073" w:rsidRPr="00123073">
              <w:rPr>
                <w:rFonts w:ascii="BIZ UDP明朝 Medium" w:eastAsia="BIZ UDP明朝 Medium" w:hAnsi="BIZ UDP明朝 Medium"/>
                <w:lang w:eastAsia="ja-JP"/>
              </w:rPr>
              <w:t>受付日：</w:t>
            </w:r>
            <w:r w:rsidR="002D6A50">
              <w:rPr>
                <w:rFonts w:ascii="BIZ UDP明朝 Medium" w:eastAsia="BIZ UDP明朝 Medium" w:hAnsi="BIZ UDP明朝 Medium" w:hint="eastAsia"/>
                <w:lang w:eastAsia="ja-JP"/>
              </w:rPr>
              <w:t xml:space="preserve">　　　　　　</w:t>
            </w:r>
            <w:r w:rsidR="00123073" w:rsidRPr="00123073">
              <w:rPr>
                <w:rFonts w:ascii="BIZ UDP明朝 Medium" w:eastAsia="BIZ UDP明朝 Medium" w:hAnsi="BIZ UDP明朝 Medium"/>
                <w:lang w:eastAsia="ja-JP"/>
              </w:rPr>
              <w:t xml:space="preserve"> 受付者：</w:t>
            </w:r>
          </w:p>
        </w:tc>
      </w:tr>
    </w:tbl>
    <w:p w14:paraId="2701098C" w14:textId="77777777" w:rsidR="004B319B" w:rsidRPr="005C19E9" w:rsidRDefault="002D6A50" w:rsidP="006D27D1">
      <w:pPr>
        <w:spacing w:beforeLines="100" w:before="240" w:after="0"/>
        <w:ind w:leftChars="129" w:left="285" w:hanging="1"/>
        <w:rPr>
          <w:rFonts w:ascii="BIZ UDP明朝 Medium" w:eastAsia="BIZ UDP明朝 Medium" w:hAnsi="BIZ UDP明朝 Medium"/>
          <w:b/>
          <w:sz w:val="24"/>
          <w:szCs w:val="24"/>
          <w:lang w:eastAsia="ja-JP"/>
        </w:rPr>
      </w:pP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【承認欄】</w:t>
      </w:r>
      <w:r w:rsidR="004B319B"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 xml:space="preserve">　</w:t>
      </w:r>
    </w:p>
    <w:p w14:paraId="3CBBDC22" w14:textId="6996B3CB" w:rsidR="00CD0370" w:rsidRPr="005C19E9" w:rsidRDefault="004B319B" w:rsidP="006D27D1">
      <w:pPr>
        <w:spacing w:after="0"/>
        <w:ind w:leftChars="129" w:left="285" w:hanging="1"/>
        <w:rPr>
          <w:rFonts w:ascii="BIZ UDP明朝 Medium" w:eastAsia="BIZ UDP明朝 Medium" w:hAnsi="BIZ UDP明朝 Medium"/>
          <w:b/>
          <w:sz w:val="24"/>
          <w:szCs w:val="24"/>
          <w:lang w:eastAsia="ja-JP"/>
        </w:rPr>
      </w:pP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本学生が、申請のとおり、</w:t>
      </w:r>
      <w:r w:rsidR="0023691F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研究活動</w:t>
      </w:r>
      <w:r w:rsidR="0022375A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や学修</w:t>
      </w:r>
      <w:r w:rsidR="0023691F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で培った</w:t>
      </w: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自己のトランスファラブルスキルについて考察し、自らの強みとして表現することに取り組んだことを証明する。</w:t>
      </w:r>
    </w:p>
    <w:p w14:paraId="191468BE" w14:textId="77777777" w:rsidR="004B319B" w:rsidRPr="005C19E9" w:rsidRDefault="004B319B" w:rsidP="006D27D1">
      <w:pPr>
        <w:spacing w:after="0"/>
        <w:ind w:leftChars="129" w:left="285" w:hanging="1"/>
        <w:rPr>
          <w:rFonts w:ascii="BIZ UDP明朝 Medium" w:eastAsia="BIZ UDP明朝 Medium" w:hAnsi="BIZ UDP明朝 Medium"/>
          <w:b/>
          <w:sz w:val="24"/>
          <w:szCs w:val="24"/>
          <w:lang w:eastAsia="ja-JP"/>
        </w:rPr>
      </w:pPr>
    </w:p>
    <w:p w14:paraId="7375759D" w14:textId="712961A6" w:rsidR="004B319B" w:rsidRPr="005C19E9" w:rsidRDefault="004B319B" w:rsidP="006D27D1">
      <w:pPr>
        <w:spacing w:after="0"/>
        <w:ind w:leftChars="129" w:left="285" w:rightChars="193" w:right="425" w:hanging="1"/>
        <w:rPr>
          <w:rFonts w:ascii="BIZ UDP明朝 Medium" w:eastAsia="BIZ UDP明朝 Medium" w:hAnsi="BIZ UDP明朝 Medium"/>
          <w:b/>
          <w:sz w:val="24"/>
          <w:szCs w:val="24"/>
          <w:lang w:eastAsia="ja-JP"/>
        </w:rPr>
      </w:pP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 xml:space="preserve">発行日：　　　</w:t>
      </w:r>
      <w:r w:rsidR="005C19E9"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 xml:space="preserve">　　</w:t>
      </w: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 xml:space="preserve">年　　</w:t>
      </w:r>
      <w:r w:rsidR="005C19E9"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 xml:space="preserve">　</w:t>
      </w: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月　　日</w:t>
      </w:r>
    </w:p>
    <w:p w14:paraId="0EEAE347" w14:textId="77777777" w:rsidR="005C19E9" w:rsidRDefault="004B319B" w:rsidP="006D27D1">
      <w:pPr>
        <w:spacing w:after="0"/>
        <w:ind w:leftChars="129" w:left="285" w:hanging="1"/>
        <w:rPr>
          <w:rFonts w:ascii="BIZ UDP明朝 Medium" w:eastAsia="BIZ UDP明朝 Medium" w:hAnsi="BIZ UDP明朝 Medium"/>
          <w:b/>
          <w:sz w:val="24"/>
          <w:szCs w:val="24"/>
          <w:lang w:eastAsia="ja-JP"/>
        </w:rPr>
      </w:pP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 xml:space="preserve">国立大学法人奈良国立大学機構奈良女子大学大学院　</w:t>
      </w:r>
    </w:p>
    <w:p w14:paraId="705B4F33" w14:textId="6A9D8FBD" w:rsidR="004B319B" w:rsidRPr="005C19E9" w:rsidRDefault="004B319B" w:rsidP="006D27D1">
      <w:pPr>
        <w:spacing w:after="0"/>
        <w:ind w:leftChars="129" w:left="284" w:firstLineChars="1100" w:firstLine="2641"/>
        <w:rPr>
          <w:rFonts w:ascii="BIZ UDP明朝 Medium" w:eastAsia="BIZ UDP明朝 Medium" w:hAnsi="BIZ UDP明朝 Medium"/>
          <w:b/>
          <w:sz w:val="24"/>
          <w:szCs w:val="24"/>
          <w:lang w:eastAsia="ja-JP"/>
        </w:rPr>
      </w:pP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人間文化</w:t>
      </w:r>
      <w:r w:rsid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総合科学</w:t>
      </w: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 xml:space="preserve">研究科長　</w:t>
      </w:r>
      <w:r w:rsid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 xml:space="preserve">　　</w:t>
      </w:r>
      <w:r w:rsidRPr="005C19E9">
        <w:rPr>
          <w:rFonts w:ascii="BIZ UDP明朝 Medium" w:eastAsia="BIZ UDP明朝 Medium" w:hAnsi="BIZ UDP明朝 Medium" w:hint="eastAsia"/>
          <w:b/>
          <w:sz w:val="24"/>
          <w:szCs w:val="24"/>
          <w:lang w:eastAsia="ja-JP"/>
        </w:rPr>
        <w:t>髙地リベカ</w:t>
      </w:r>
    </w:p>
    <w:sectPr w:rsidR="004B319B" w:rsidRPr="005C19E9" w:rsidSect="00DA69DA">
      <w:pgSz w:w="11906" w:h="16838" w:code="9"/>
      <w:pgMar w:top="993" w:right="1325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4945D" w14:textId="77777777" w:rsidR="006956BD" w:rsidRDefault="006956BD" w:rsidP="0022375A">
      <w:pPr>
        <w:spacing w:after="0" w:line="240" w:lineRule="auto"/>
      </w:pPr>
      <w:r>
        <w:separator/>
      </w:r>
    </w:p>
  </w:endnote>
  <w:endnote w:type="continuationSeparator" w:id="0">
    <w:p w14:paraId="22753149" w14:textId="77777777" w:rsidR="006956BD" w:rsidRDefault="006956BD" w:rsidP="00223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597D3" w14:textId="77777777" w:rsidR="006956BD" w:rsidRDefault="006956BD" w:rsidP="0022375A">
      <w:pPr>
        <w:spacing w:after="0" w:line="240" w:lineRule="auto"/>
      </w:pPr>
      <w:r>
        <w:separator/>
      </w:r>
    </w:p>
  </w:footnote>
  <w:footnote w:type="continuationSeparator" w:id="0">
    <w:p w14:paraId="3F8D55CA" w14:textId="77777777" w:rsidR="006956BD" w:rsidRDefault="006956BD" w:rsidP="002237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EE55B02"/>
    <w:multiLevelType w:val="hybridMultilevel"/>
    <w:tmpl w:val="87681B46"/>
    <w:lvl w:ilvl="0" w:tplc="357E8E5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412896629">
    <w:abstractNumId w:val="8"/>
  </w:num>
  <w:num w:numId="2" w16cid:durableId="1546215533">
    <w:abstractNumId w:val="6"/>
  </w:num>
  <w:num w:numId="3" w16cid:durableId="98990579">
    <w:abstractNumId w:val="5"/>
  </w:num>
  <w:num w:numId="4" w16cid:durableId="694885636">
    <w:abstractNumId w:val="4"/>
  </w:num>
  <w:num w:numId="5" w16cid:durableId="1985768876">
    <w:abstractNumId w:val="7"/>
  </w:num>
  <w:num w:numId="6" w16cid:durableId="1399553404">
    <w:abstractNumId w:val="3"/>
  </w:num>
  <w:num w:numId="7" w16cid:durableId="464351238">
    <w:abstractNumId w:val="2"/>
  </w:num>
  <w:num w:numId="8" w16cid:durableId="177737081">
    <w:abstractNumId w:val="1"/>
  </w:num>
  <w:num w:numId="9" w16cid:durableId="906187143">
    <w:abstractNumId w:val="0"/>
  </w:num>
  <w:num w:numId="10" w16cid:durableId="9029068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9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3073"/>
    <w:rsid w:val="0012711D"/>
    <w:rsid w:val="0015074B"/>
    <w:rsid w:val="0017525F"/>
    <w:rsid w:val="0022375A"/>
    <w:rsid w:val="0023691F"/>
    <w:rsid w:val="0029639D"/>
    <w:rsid w:val="002D6A50"/>
    <w:rsid w:val="00326F90"/>
    <w:rsid w:val="00355321"/>
    <w:rsid w:val="00450C91"/>
    <w:rsid w:val="004B319B"/>
    <w:rsid w:val="005C19E9"/>
    <w:rsid w:val="006956BD"/>
    <w:rsid w:val="006B0047"/>
    <w:rsid w:val="006B30FF"/>
    <w:rsid w:val="006D27D1"/>
    <w:rsid w:val="007214CE"/>
    <w:rsid w:val="00794A80"/>
    <w:rsid w:val="007B48D0"/>
    <w:rsid w:val="007D174D"/>
    <w:rsid w:val="00833AC3"/>
    <w:rsid w:val="00952F54"/>
    <w:rsid w:val="00AA1D8D"/>
    <w:rsid w:val="00B47730"/>
    <w:rsid w:val="00B73C78"/>
    <w:rsid w:val="00C92C22"/>
    <w:rsid w:val="00CA4316"/>
    <w:rsid w:val="00CB0664"/>
    <w:rsid w:val="00CD0370"/>
    <w:rsid w:val="00DA69D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701264"/>
  <w14:defaultImageDpi w14:val="300"/>
  <w15:docId w15:val="{859B0761-39E4-4685-83EE-1CAE997A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奈女大_キャリア開発</cp:lastModifiedBy>
  <cp:revision>2</cp:revision>
  <cp:lastPrinted>2026-07-30T07:58:00Z</cp:lastPrinted>
  <dcterms:created xsi:type="dcterms:W3CDTF">2026-08-02T07:42:00Z</dcterms:created>
  <dcterms:modified xsi:type="dcterms:W3CDTF">2026-08-02T07:42:00Z</dcterms:modified>
  <cp:category/>
</cp:coreProperties>
</file>